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B9C5" w14:textId="4E328C0B" w:rsidR="00714EF5" w:rsidRDefault="00000000">
      <w:pPr>
        <w:pStyle w:val="Title"/>
        <w:spacing w:after="60"/>
        <w:jc w:val="center"/>
      </w:pPr>
      <w:r>
        <w:rPr>
          <w:rFonts w:ascii="Liberation Sans" w:eastAsia="Liberation Sans" w:hAnsi="Liberation Sans"/>
          <w:b/>
          <w:sz w:val="34"/>
          <w:lang w:val="sr-Latn-RS"/>
        </w:rPr>
        <w:t xml:space="preserve">IZJAVA O AUTORSTVU </w:t>
      </w:r>
    </w:p>
    <w:p w14:paraId="6F579274" w14:textId="69F41F87" w:rsidR="00714EF5" w:rsidRDefault="00000000">
      <w:pPr>
        <w:pStyle w:val="Subtitle"/>
        <w:spacing w:after="160" w:line="240" w:lineRule="auto"/>
        <w:jc w:val="center"/>
      </w:pPr>
      <w:r>
        <w:rPr>
          <w:rFonts w:ascii="Liberation Sans" w:eastAsia="Liberation Sans" w:hAnsi="Liberation Sans"/>
          <w:color w:val="595959"/>
          <w:sz w:val="20"/>
          <w:lang w:val="sr-Latn-RS"/>
        </w:rPr>
        <w:t>Obrazac koji se dostavlja pri podnošenju rukopisa časopisu</w:t>
      </w:r>
      <w:r w:rsidR="008C31A0">
        <w:rPr>
          <w:rFonts w:ascii="Liberation Sans" w:eastAsia="Liberation Sans" w:hAnsi="Liberation Sans"/>
          <w:color w:val="595959"/>
          <w:sz w:val="20"/>
          <w:lang w:val="sr-Latn-RS"/>
        </w:rPr>
        <w:t xml:space="preserve"> Norma</w:t>
      </w:r>
    </w:p>
    <w:p w14:paraId="789A195F" w14:textId="19B15BB2" w:rsidR="00714EF5" w:rsidRDefault="00000000">
      <w:pPr>
        <w:pStyle w:val="Heading1"/>
        <w:spacing w:before="160" w:after="80" w:line="240" w:lineRule="auto"/>
      </w:pPr>
      <w:r>
        <w:rPr>
          <w:rFonts w:ascii="Liberation Sans" w:eastAsia="Liberation Sans" w:hAnsi="Liberation Sans"/>
          <w:sz w:val="26"/>
          <w:lang w:val="sr-Latn-RS"/>
        </w:rPr>
        <w:t>1</w:t>
      </w:r>
      <w:r w:rsidR="008C31A0">
        <w:rPr>
          <w:rFonts w:ascii="Liberation Sans" w:eastAsia="Liberation Sans" w:hAnsi="Liberation Sans"/>
          <w:sz w:val="26"/>
          <w:lang w:val="sr-Latn-RS"/>
        </w:rPr>
        <w:t>.</w:t>
      </w:r>
      <w:r>
        <w:rPr>
          <w:rFonts w:ascii="Liberation Sans" w:eastAsia="Liberation Sans" w:hAnsi="Liberation Sans"/>
          <w:sz w:val="26"/>
          <w:lang w:val="sr-Latn-RS"/>
        </w:rPr>
        <w:t xml:space="preserve">  Podaci o rukopisu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983"/>
      </w:tblGrid>
      <w:tr w:rsidR="00714EF5" w14:paraId="1D5131D4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6E562C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8"/>
                <w:lang w:val="sr-Latn-RS"/>
              </w:rPr>
              <w:t>Naslov rukopisa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EC8258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8"/>
                <w:lang w:val="sr-Latn-RS"/>
              </w:rPr>
              <w:t>[unesite puni naslov rukopisa]</w:t>
            </w:r>
          </w:p>
        </w:tc>
      </w:tr>
      <w:tr w:rsidR="00714EF5" w14:paraId="6B6B108A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5580EC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8"/>
                <w:lang w:val="sr-Latn-RS"/>
              </w:rPr>
              <w:t>Autori redosledom navedenim u rukopisu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3F8200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8"/>
                <w:lang w:val="sr-Latn-RS"/>
              </w:rPr>
              <w:t>[ime i prezime svih autora]</w:t>
            </w:r>
          </w:p>
        </w:tc>
      </w:tr>
      <w:tr w:rsidR="00714EF5" w14:paraId="73E18D9E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667679" w14:textId="56E4F5C1" w:rsidR="00714EF5" w:rsidRDefault="001033D2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8"/>
                <w:lang w:val="sr-Latn-RS"/>
              </w:rPr>
              <w:t>Korespondent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DBA8A5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8"/>
                <w:lang w:val="sr-Latn-RS"/>
              </w:rPr>
              <w:t>[ime i prezime]</w:t>
            </w:r>
          </w:p>
        </w:tc>
      </w:tr>
    </w:tbl>
    <w:p w14:paraId="27B95E22" w14:textId="556A7301" w:rsidR="00714EF5" w:rsidRDefault="00000000">
      <w:pPr>
        <w:pStyle w:val="Heading1"/>
        <w:spacing w:before="160" w:after="80" w:line="240" w:lineRule="auto"/>
      </w:pPr>
      <w:r>
        <w:rPr>
          <w:rFonts w:ascii="Liberation Sans" w:eastAsia="Liberation Sans" w:hAnsi="Liberation Sans"/>
          <w:sz w:val="26"/>
          <w:lang w:val="sr-Latn-RS"/>
        </w:rPr>
        <w:t>2</w:t>
      </w:r>
      <w:r w:rsidR="008C31A0">
        <w:rPr>
          <w:rFonts w:ascii="Liberation Sans" w:eastAsia="Liberation Sans" w:hAnsi="Liberation Sans"/>
          <w:sz w:val="26"/>
          <w:lang w:val="sr-Latn-RS"/>
        </w:rPr>
        <w:t>.</w:t>
      </w:r>
      <w:r>
        <w:rPr>
          <w:rFonts w:ascii="Liberation Sans" w:eastAsia="Liberation Sans" w:hAnsi="Liberation Sans"/>
          <w:sz w:val="26"/>
          <w:lang w:val="sr-Latn-RS"/>
        </w:rPr>
        <w:t xml:space="preserve">  Zajednička izjava autora</w:t>
      </w:r>
    </w:p>
    <w:p w14:paraId="0D5CF80D" w14:textId="42FC5F96" w:rsidR="00714EF5" w:rsidRPr="003400A2" w:rsidRDefault="00000000">
      <w:pPr>
        <w:spacing w:line="250" w:lineRule="auto"/>
        <w:rPr>
          <w:rFonts w:hint="eastAsia"/>
          <w:i/>
          <w:iCs/>
        </w:rPr>
      </w:pPr>
      <w:r w:rsidRPr="003400A2">
        <w:rPr>
          <w:rFonts w:eastAsia="Liberation Sans"/>
          <w:i/>
          <w:iCs/>
          <w:sz w:val="18"/>
          <w:lang w:val="sr-Latn-RS"/>
        </w:rPr>
        <w:t xml:space="preserve">Ako neka stavka </w:t>
      </w:r>
      <w:r w:rsidR="008C31A0" w:rsidRPr="003400A2">
        <w:rPr>
          <w:rFonts w:eastAsia="Liberation Sans"/>
          <w:i/>
          <w:iCs/>
          <w:sz w:val="18"/>
          <w:lang w:val="sr-Latn-RS"/>
        </w:rPr>
        <w:t>nije označena</w:t>
      </w:r>
      <w:r w:rsidRPr="003400A2">
        <w:rPr>
          <w:rFonts w:eastAsia="Liberation Sans"/>
          <w:i/>
          <w:iCs/>
          <w:sz w:val="18"/>
          <w:lang w:val="sr-Latn-RS"/>
        </w:rPr>
        <w:t>, rukopis ne treba podneti dok se pitanje ne razjasni sa svim autorima.</w:t>
      </w:r>
    </w:p>
    <w:p w14:paraId="44584541" w14:textId="2E832BC4" w:rsidR="00714EF5" w:rsidRDefault="00000000" w:rsidP="008C31A0">
      <w:pPr>
        <w:pStyle w:val="Heading2"/>
        <w:spacing w:before="100" w:after="80" w:line="240" w:lineRule="auto"/>
      </w:pPr>
      <w:r>
        <w:rPr>
          <w:rFonts w:ascii="Liberation Sans" w:eastAsia="Liberation Sans" w:hAnsi="Liberation Sans"/>
          <w:sz w:val="22"/>
          <w:lang w:val="sr-Latn-RS"/>
        </w:rPr>
        <w:t xml:space="preserve">2.1 </w:t>
      </w:r>
      <w:r w:rsidR="00D34E95">
        <w:rPr>
          <w:rFonts w:ascii="Liberation Sans" w:eastAsia="Liberation Sans" w:hAnsi="Liberation Sans"/>
          <w:sz w:val="22"/>
          <w:lang w:val="sr-Latn-RS"/>
        </w:rPr>
        <w:t>Autorstvo</w:t>
      </w:r>
    </w:p>
    <w:p w14:paraId="09659593" w14:textId="384E0666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ascii="Segoe UI Symbol" w:eastAsia="Liberation Sans" w:hAnsi="Segoe UI Symbol" w:cs="Segoe UI Symbol"/>
            <w:sz w:val="18"/>
            <w:lang w:val="sr-Latn-RS"/>
          </w:rPr>
          <w:id w:val="-1909058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cs="Segoe UI Symbol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</w:t>
      </w:r>
      <w:r w:rsidR="003400A2">
        <w:rPr>
          <w:rFonts w:eastAsia="Liberation Sans"/>
          <w:sz w:val="18"/>
          <w:lang w:val="sr-Latn-RS"/>
        </w:rPr>
        <w:t>Sve osobe</w:t>
      </w:r>
      <w:r w:rsidR="00D63335">
        <w:rPr>
          <w:rFonts w:eastAsia="Liberation Sans"/>
          <w:sz w:val="18"/>
          <w:lang w:val="sr-Latn-RS"/>
        </w:rPr>
        <w:t xml:space="preserve"> koj</w:t>
      </w:r>
      <w:r w:rsidR="001371E2">
        <w:rPr>
          <w:rFonts w:eastAsia="Liberation Sans"/>
          <w:sz w:val="18"/>
          <w:lang w:val="sr-Latn-RS"/>
        </w:rPr>
        <w:t>e</w:t>
      </w:r>
      <w:r w:rsidR="00D63335">
        <w:rPr>
          <w:rFonts w:eastAsia="Liberation Sans"/>
          <w:sz w:val="18"/>
          <w:lang w:val="sr-Latn-RS"/>
        </w:rPr>
        <w:t xml:space="preserve"> ispunjavaju uslove za autorstvo naveden</w:t>
      </w:r>
      <w:r w:rsidR="003400A2">
        <w:rPr>
          <w:rFonts w:eastAsia="Liberation Sans"/>
          <w:sz w:val="18"/>
          <w:lang w:val="sr-Latn-RS"/>
        </w:rPr>
        <w:t>e</w:t>
      </w:r>
      <w:r w:rsidR="00D63335">
        <w:rPr>
          <w:rFonts w:eastAsia="Liberation Sans"/>
          <w:sz w:val="18"/>
          <w:lang w:val="sr-Latn-RS"/>
        </w:rPr>
        <w:t xml:space="preserve"> su kao autori; nema počasnog, poklonjenog ili gostujućeg autorstva, niti je </w:t>
      </w:r>
      <w:r w:rsidR="003400A2">
        <w:rPr>
          <w:rFonts w:eastAsia="Liberation Sans"/>
          <w:sz w:val="18"/>
          <w:lang w:val="sr-Latn-RS"/>
        </w:rPr>
        <w:t>izostavljena osoba koja je ispunila</w:t>
      </w:r>
      <w:r w:rsidR="00D63335">
        <w:rPr>
          <w:rFonts w:eastAsia="Liberation Sans"/>
          <w:sz w:val="18"/>
          <w:lang w:val="sr-Latn-RS"/>
        </w:rPr>
        <w:t xml:space="preserve"> uslove za autorstvo.</w:t>
      </w:r>
    </w:p>
    <w:p w14:paraId="1927DC68" w14:textId="78BACA63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1222362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Svi autori saglasni su sa redosledom autora</w:t>
      </w:r>
      <w:r w:rsidR="009361A9">
        <w:rPr>
          <w:rFonts w:eastAsia="Liberation Sans"/>
          <w:sz w:val="18"/>
          <w:lang w:val="sr-Latn-RS"/>
        </w:rPr>
        <w:t xml:space="preserve"> i</w:t>
      </w:r>
      <w:r w:rsidR="00D63335">
        <w:rPr>
          <w:rFonts w:eastAsia="Liberation Sans"/>
          <w:sz w:val="18"/>
          <w:lang w:val="sr-Latn-RS"/>
        </w:rPr>
        <w:t xml:space="preserve"> imenovanjem </w:t>
      </w:r>
      <w:r w:rsidR="00260B9A">
        <w:rPr>
          <w:rFonts w:eastAsia="Liberation Sans"/>
          <w:sz w:val="18"/>
          <w:lang w:val="sr-Latn-RS"/>
        </w:rPr>
        <w:t>korespondent</w:t>
      </w:r>
      <w:r w:rsidR="009361A9">
        <w:rPr>
          <w:rFonts w:eastAsia="Liberation Sans"/>
          <w:sz w:val="18"/>
          <w:lang w:val="sr-Latn-RS"/>
        </w:rPr>
        <w:t>a</w:t>
      </w:r>
      <w:r w:rsidR="00D63335">
        <w:rPr>
          <w:rFonts w:eastAsia="Liberation Sans"/>
          <w:sz w:val="18"/>
          <w:lang w:val="sr-Latn-RS"/>
        </w:rPr>
        <w:t>.</w:t>
      </w:r>
    </w:p>
    <w:p w14:paraId="5545806A" w14:textId="7EEEE142" w:rsidR="00714EF5" w:rsidRDefault="00000000" w:rsidP="00C86F14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1866398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Svi autori pročitali su i odobrili verziju koja se podnosi i saglasni su da rukopis bude upućen časopisu.</w:t>
      </w:r>
    </w:p>
    <w:p w14:paraId="665C3C0C" w14:textId="2D449FAF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207341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Svaki zahtev za dodavanje, uklanjanje ili promenu redosleda autora nakon podnošenja biće obrazložen i dostavljen uz izričitu pisanu saglasnost svih navedenih i promenom obuhvaćenih autora.</w:t>
      </w:r>
    </w:p>
    <w:p w14:paraId="7B787485" w14:textId="7F8638D7" w:rsidR="00714EF5" w:rsidRDefault="00000000">
      <w:pPr>
        <w:pStyle w:val="Heading2"/>
        <w:spacing w:before="100" w:after="80" w:line="240" w:lineRule="auto"/>
      </w:pPr>
      <w:r>
        <w:rPr>
          <w:rFonts w:ascii="Liberation Sans" w:eastAsia="Liberation Sans" w:hAnsi="Liberation Sans"/>
          <w:sz w:val="22"/>
          <w:lang w:val="sr-Latn-RS"/>
        </w:rPr>
        <w:t>2.2  Originalnost</w:t>
      </w:r>
    </w:p>
    <w:p w14:paraId="571AFC30" w14:textId="6C72C2A3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1809161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Rukopis predstavlja originalan rad autora, nije istovremeno u postupku razmatranja u drugom časopisu i nije ranije objavljen u istom ili suštinski istom obliku</w:t>
      </w:r>
      <w:r w:rsidR="00C93AC2">
        <w:rPr>
          <w:rFonts w:eastAsia="Liberation Sans"/>
          <w:sz w:val="18"/>
          <w:lang w:val="sr-Latn-RS"/>
        </w:rPr>
        <w:t>.</w:t>
      </w:r>
    </w:p>
    <w:p w14:paraId="4149B09A" w14:textId="199B5B9B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1102722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Rukopis ne sadrži plagijat, nedozvoljeno preuzimanje sopstvenog ranije objavljenog sadržaja</w:t>
      </w:r>
      <w:r w:rsidR="006E4672">
        <w:rPr>
          <w:rFonts w:eastAsia="Liberation Sans"/>
          <w:sz w:val="18"/>
          <w:lang w:val="sr-Latn-RS"/>
        </w:rPr>
        <w:t xml:space="preserve"> ili</w:t>
      </w:r>
      <w:r w:rsidR="00D63335">
        <w:rPr>
          <w:rFonts w:eastAsia="Liberation Sans"/>
          <w:sz w:val="18"/>
          <w:lang w:val="sr-Latn-RS"/>
        </w:rPr>
        <w:t xml:space="preserve"> falsifikovanje podataka</w:t>
      </w:r>
      <w:r w:rsidR="006E4672">
        <w:rPr>
          <w:rFonts w:eastAsia="Liberation Sans"/>
          <w:sz w:val="18"/>
          <w:lang w:val="sr-Latn-RS"/>
        </w:rPr>
        <w:t>.</w:t>
      </w:r>
    </w:p>
    <w:p w14:paraId="4308E4C1" w14:textId="5495EF29" w:rsidR="00714EF5" w:rsidRDefault="00000000">
      <w:pPr>
        <w:spacing w:after="50" w:line="250" w:lineRule="auto"/>
        <w:ind w:left="173" w:hanging="173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1018694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</w:t>
      </w:r>
      <w:r w:rsidR="00260B9A">
        <w:rPr>
          <w:rFonts w:eastAsia="Liberation Sans"/>
          <w:sz w:val="18"/>
          <w:lang w:val="sr-Latn-RS"/>
        </w:rPr>
        <w:t>U radu je korišćeno adekvatno navođenje referenci u skladu sa trenutnim APA standardom</w:t>
      </w:r>
      <w:r w:rsidR="00D63335">
        <w:rPr>
          <w:rFonts w:eastAsia="Liberation Sans"/>
          <w:sz w:val="18"/>
          <w:lang w:val="sr-Latn-RS"/>
        </w:rPr>
        <w:t>.</w:t>
      </w:r>
    </w:p>
    <w:p w14:paraId="3F7417F4" w14:textId="13EF2099" w:rsidR="00714EF5" w:rsidRDefault="006E4672">
      <w:pPr>
        <w:pStyle w:val="Heading2"/>
        <w:spacing w:before="100" w:after="80" w:line="240" w:lineRule="auto"/>
        <w:rPr>
          <w:rFonts w:ascii="Liberation Sans" w:eastAsia="Liberation Sans" w:hAnsi="Liberation Sans"/>
          <w:sz w:val="22"/>
          <w:lang w:val="sr-Latn-RS"/>
        </w:rPr>
      </w:pPr>
      <w:r>
        <w:rPr>
          <w:rFonts w:ascii="Liberation Sans" w:eastAsia="Liberation Sans" w:hAnsi="Liberation Sans"/>
          <w:sz w:val="22"/>
          <w:lang w:val="sr-Latn-RS"/>
        </w:rPr>
        <w:t>3. Upotreba generativne ili druge AI potpomognute tehnologije</w:t>
      </w:r>
    </w:p>
    <w:p w14:paraId="3E8DDD9A" w14:textId="457295EA" w:rsidR="006F1E69" w:rsidRDefault="006F1E69" w:rsidP="006F1E69">
      <w:pPr>
        <w:spacing w:after="200"/>
        <w:rPr>
          <w:rFonts w:hint="eastAsia"/>
        </w:rPr>
      </w:pPr>
      <w:r>
        <w:rPr>
          <w:i/>
          <w:iCs/>
          <w:sz w:val="20"/>
          <w:szCs w:val="20"/>
        </w:rPr>
        <w:t>Uključuje alate za generisanje ili izmenu teksta, slika, podataka ili analize (npr. ChatGPT, Copilot, Gemini). Standardni alati za proveru pravopisa i gramatike (npr. Word, Grammarly) ne moraju se navoditi.</w:t>
      </w:r>
    </w:p>
    <w:p w14:paraId="52771C84" w14:textId="779FB814" w:rsidR="006F1E69" w:rsidRPr="006F1E69" w:rsidRDefault="006F1E69" w:rsidP="006F1E69">
      <w:pPr>
        <w:rPr>
          <w:rFonts w:hint="eastAsia"/>
          <w:lang w:val="sr-Latn-RS"/>
        </w:rPr>
      </w:pPr>
      <w:r>
        <w:rPr>
          <w:lang w:val="sr-Latn-RS"/>
        </w:rPr>
        <w:t>Označite jednu od ponuđenih opcija:</w:t>
      </w:r>
    </w:p>
    <w:p w14:paraId="07DA0C92" w14:textId="0ABC3BD1" w:rsidR="00260B9A" w:rsidRDefault="00000000">
      <w:pPr>
        <w:spacing w:line="252" w:lineRule="auto"/>
        <w:rPr>
          <w:rFonts w:eastAsia="Liberation Sans"/>
          <w:sz w:val="18"/>
          <w:lang w:val="sr-Latn-RS"/>
        </w:rPr>
      </w:pPr>
      <w:sdt>
        <w:sdtPr>
          <w:rPr>
            <w:rFonts w:eastAsia="Liberation Sans"/>
            <w:sz w:val="18"/>
            <w:lang w:val="sr-Latn-RS"/>
          </w:rPr>
          <w:id w:val="88511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3262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Nije korišćena AI potpomognuta tehnologija u izradi podnetog rada.     </w:t>
      </w:r>
    </w:p>
    <w:p w14:paraId="63C7C10F" w14:textId="571D7282" w:rsidR="00714EF5" w:rsidRDefault="00000000">
      <w:pPr>
        <w:spacing w:line="252" w:lineRule="auto"/>
        <w:rPr>
          <w:rFonts w:hint="eastAsia"/>
        </w:rPr>
      </w:pPr>
      <w:sdt>
        <w:sdtPr>
          <w:rPr>
            <w:rFonts w:eastAsia="Liberation Sans"/>
            <w:sz w:val="18"/>
            <w:lang w:val="sr-Latn-RS"/>
          </w:rPr>
          <w:id w:val="-1071570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3335">
            <w:rPr>
              <w:rFonts w:ascii="MS Gothic" w:eastAsia="MS Gothic" w:hAnsi="MS Gothic" w:hint="eastAsia"/>
              <w:sz w:val="18"/>
              <w:lang w:val="sr-Latn-RS"/>
            </w:rPr>
            <w:t>☐</w:t>
          </w:r>
        </w:sdtContent>
      </w:sdt>
      <w:r w:rsidR="00D63335">
        <w:rPr>
          <w:rFonts w:eastAsia="Liberation Sans"/>
          <w:sz w:val="18"/>
          <w:lang w:val="sr-Latn-RS"/>
        </w:rPr>
        <w:t xml:space="preserve"> AI potpomognuta tehnologija je korišćena i potpuno je opisana ispod.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6983"/>
      </w:tblGrid>
      <w:tr w:rsidR="00714EF5" w14:paraId="2126B30B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4638FD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Alat, pružalac i verzija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0501E5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[npr. naziv alata/modela i verzija, ako je poznata]</w:t>
            </w:r>
          </w:p>
        </w:tc>
      </w:tr>
      <w:tr w:rsidR="00714EF5" w14:paraId="3E8A1533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AF6DF5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Svrha upotrebe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1A3C5A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[npr. jezička obrada, generisanje/uređivanje teksta, kod, analiza, slika ili drugo]</w:t>
            </w:r>
          </w:p>
        </w:tc>
      </w:tr>
      <w:tr w:rsidR="00714EF5" w14:paraId="11B62C30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25C0A76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Delovi rada na koje se upotreba odnosi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0A2EE7" w14:textId="518F12CC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[navedite odeljak, tabelu, sliku</w:t>
            </w:r>
            <w:r w:rsidR="006F1E69">
              <w:rPr>
                <w:rFonts w:eastAsia="Liberation Sans"/>
                <w:i/>
                <w:color w:val="6E6E6E"/>
                <w:sz w:val="17"/>
                <w:lang w:val="sr-Latn-RS"/>
              </w:rPr>
              <w:t xml:space="preserve"> </w:t>
            </w: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ili drugi sadržaj]</w:t>
            </w:r>
          </w:p>
        </w:tc>
      </w:tr>
      <w:tr w:rsidR="00714EF5" w14:paraId="0C1F1C22" w14:textId="77777777">
        <w:trPr>
          <w:cantSplit/>
          <w:jc w:val="center"/>
        </w:trPr>
        <w:tc>
          <w:tcPr>
            <w:tcW w:w="30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C9DFDE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Način ljudske provere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9E047E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[opišite proveru tačnosti, pristrasnosti, izvora, citata, originalnosti i dozvola]</w:t>
            </w:r>
          </w:p>
        </w:tc>
      </w:tr>
    </w:tbl>
    <w:p w14:paraId="6E2E59B5" w14:textId="77777777" w:rsidR="00BC3262" w:rsidRDefault="00BC3262">
      <w:pPr>
        <w:spacing w:after="120" w:line="259" w:lineRule="auto"/>
        <w:rPr>
          <w:rFonts w:eastAsia="Liberation Sans"/>
          <w:b/>
          <w:lang w:val="sr-Latn-RS"/>
        </w:rPr>
      </w:pPr>
    </w:p>
    <w:p w14:paraId="4AA8BA5B" w14:textId="724F7AFE" w:rsidR="00714EF5" w:rsidRDefault="00000000">
      <w:pPr>
        <w:spacing w:after="120" w:line="259" w:lineRule="auto"/>
        <w:rPr>
          <w:rFonts w:hint="eastAsia"/>
        </w:rPr>
      </w:pPr>
      <w:r>
        <w:rPr>
          <w:rFonts w:eastAsia="Liberation Sans"/>
          <w:b/>
          <w:lang w:val="sr-Latn-RS"/>
        </w:rPr>
        <w:t xml:space="preserve">Izjava </w:t>
      </w:r>
      <w:r w:rsidR="006800A5">
        <w:rPr>
          <w:rFonts w:eastAsia="Liberation Sans"/>
          <w:b/>
          <w:lang w:val="sr-Latn-RS"/>
        </w:rPr>
        <w:t>korespondenta</w:t>
      </w:r>
      <w:r>
        <w:rPr>
          <w:rFonts w:eastAsia="Liberation Sans"/>
          <w:b/>
          <w:lang w:val="sr-Latn-RS"/>
        </w:rPr>
        <w:t xml:space="preserve">. </w:t>
      </w:r>
      <w:r>
        <w:rPr>
          <w:rFonts w:eastAsia="Liberation Sans"/>
          <w:lang w:val="sr-Latn-RS"/>
        </w:rPr>
        <w:t>Potvrđujem da sam od svakog autora</w:t>
      </w:r>
      <w:r w:rsidR="00430200">
        <w:rPr>
          <w:rFonts w:eastAsia="Liberation Sans"/>
          <w:lang w:val="sr-Latn-RS"/>
        </w:rPr>
        <w:t xml:space="preserve"> na radu</w:t>
      </w:r>
      <w:r>
        <w:rPr>
          <w:rFonts w:eastAsia="Liberation Sans"/>
          <w:lang w:val="sr-Latn-RS"/>
        </w:rPr>
        <w:t xml:space="preserve"> pribavio saglasnost </w:t>
      </w:r>
      <w:r w:rsidR="00430200">
        <w:rPr>
          <w:rFonts w:eastAsia="Liberation Sans"/>
          <w:lang w:val="sr-Latn-RS"/>
        </w:rPr>
        <w:t xml:space="preserve">u vezi </w:t>
      </w:r>
      <w:r>
        <w:rPr>
          <w:rFonts w:eastAsia="Liberation Sans"/>
          <w:lang w:val="sr-Latn-RS"/>
        </w:rPr>
        <w:t>sa sadržajem rukopisa, redosledom autora</w:t>
      </w:r>
      <w:r w:rsidR="00531100">
        <w:rPr>
          <w:rFonts w:eastAsia="Liberation Sans"/>
          <w:lang w:val="sr-Latn-RS"/>
        </w:rPr>
        <w:t xml:space="preserve"> </w:t>
      </w:r>
      <w:r>
        <w:rPr>
          <w:rFonts w:eastAsia="Liberation Sans"/>
          <w:lang w:val="sr-Latn-RS"/>
        </w:rPr>
        <w:t>i svim izjavama u ovom obrascu</w:t>
      </w:r>
      <w:r w:rsidR="00430200">
        <w:rPr>
          <w:rFonts w:eastAsia="Liberation Sans"/>
          <w:lang w:val="sr-Latn-RS"/>
        </w:rPr>
        <w:t xml:space="preserve"> i naslovnoj strani rada</w:t>
      </w:r>
      <w:r>
        <w:rPr>
          <w:rFonts w:eastAsia="Liberation Sans"/>
          <w:lang w:val="sr-Latn-RS"/>
        </w:rPr>
        <w:t>. Ovlašćen sam da u ime autora komuniciram sa časopisom, da svim autorima prosledim bitnu uredničku prepisku i da za suštinske izmene i konačnu verziju pribavim njihovo odobrenje. Ostajem dostupan za pitanja o radu i nakon objavljivanja.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714EF5" w14:paraId="63EE079B" w14:textId="77777777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60219C3" w14:textId="02473D8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 xml:space="preserve">Ime i prezime </w:t>
            </w:r>
            <w:r w:rsidR="008C31A0">
              <w:rPr>
                <w:rFonts w:eastAsia="Liberation Sans"/>
                <w:b/>
                <w:sz w:val="17"/>
                <w:lang w:val="sr-Latn-RS"/>
              </w:rPr>
              <w:t>korespondenta</w:t>
            </w:r>
          </w:p>
        </w:tc>
        <w:tc>
          <w:tcPr>
            <w:tcW w:w="66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A32C79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[unesite ime i prezime]</w:t>
            </w:r>
          </w:p>
        </w:tc>
      </w:tr>
      <w:tr w:rsidR="00714EF5" w14:paraId="38748D5E" w14:textId="77777777" w:rsidTr="0045087A">
        <w:trPr>
          <w:cantSplit/>
          <w:trHeight w:val="493"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A6A37E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Potpis</w:t>
            </w:r>
          </w:p>
        </w:tc>
        <w:tc>
          <w:tcPr>
            <w:tcW w:w="66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DAFEFA" w14:textId="3D382871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[svojeručni potpis]</w:t>
            </w:r>
          </w:p>
        </w:tc>
      </w:tr>
      <w:tr w:rsidR="00714EF5" w14:paraId="067C5BC3" w14:textId="77777777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A60331A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Mesto i datum</w:t>
            </w:r>
          </w:p>
        </w:tc>
        <w:tc>
          <w:tcPr>
            <w:tcW w:w="66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955220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[unesite mesto i datum]</w:t>
            </w:r>
          </w:p>
        </w:tc>
      </w:tr>
      <w:tr w:rsidR="00714EF5" w14:paraId="3D5EFBBF" w14:textId="77777777">
        <w:trPr>
          <w:cantSplit/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D8FBEA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b/>
                <w:sz w:val="17"/>
                <w:lang w:val="sr-Latn-RS"/>
              </w:rPr>
              <w:t>E-pošta i ORCID iD</w:t>
            </w:r>
          </w:p>
        </w:tc>
        <w:tc>
          <w:tcPr>
            <w:tcW w:w="66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45230F" w14:textId="77777777" w:rsidR="00714EF5" w:rsidRDefault="00000000">
            <w:pPr>
              <w:spacing w:after="0" w:line="245" w:lineRule="auto"/>
              <w:rPr>
                <w:rFonts w:hint="eastAsia"/>
              </w:rPr>
            </w:pPr>
            <w:r>
              <w:rPr>
                <w:rFonts w:eastAsia="Liberation Sans"/>
                <w:i/>
                <w:color w:val="6E6E6E"/>
                <w:sz w:val="17"/>
                <w:lang w:val="sr-Latn-RS"/>
              </w:rPr>
              <w:t>[unesite podatke]</w:t>
            </w:r>
          </w:p>
        </w:tc>
      </w:tr>
    </w:tbl>
    <w:p w14:paraId="02FB95A3" w14:textId="75BEB3BD" w:rsidR="00714EF5" w:rsidRDefault="00714EF5" w:rsidP="00BC3262">
      <w:pPr>
        <w:pStyle w:val="Heading2"/>
        <w:spacing w:before="100" w:after="80" w:line="240" w:lineRule="auto"/>
      </w:pPr>
    </w:p>
    <w:sectPr w:rsidR="00714EF5" w:rsidSect="00BC3262">
      <w:pgSz w:w="12240" w:h="15840"/>
      <w:pgMar w:top="720" w:right="720" w:bottom="720" w:left="720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821157">
    <w:abstractNumId w:val="8"/>
  </w:num>
  <w:num w:numId="2" w16cid:durableId="363290346">
    <w:abstractNumId w:val="6"/>
  </w:num>
  <w:num w:numId="3" w16cid:durableId="405498357">
    <w:abstractNumId w:val="5"/>
  </w:num>
  <w:num w:numId="4" w16cid:durableId="752312909">
    <w:abstractNumId w:val="4"/>
  </w:num>
  <w:num w:numId="5" w16cid:durableId="1844512605">
    <w:abstractNumId w:val="7"/>
  </w:num>
  <w:num w:numId="6" w16cid:durableId="1721786899">
    <w:abstractNumId w:val="3"/>
  </w:num>
  <w:num w:numId="7" w16cid:durableId="26948417">
    <w:abstractNumId w:val="2"/>
  </w:num>
  <w:num w:numId="8" w16cid:durableId="1665280806">
    <w:abstractNumId w:val="1"/>
  </w:num>
  <w:num w:numId="9" w16cid:durableId="73613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CA4"/>
    <w:rsid w:val="0006063C"/>
    <w:rsid w:val="00064708"/>
    <w:rsid w:val="001033D2"/>
    <w:rsid w:val="00134140"/>
    <w:rsid w:val="001371E2"/>
    <w:rsid w:val="0015074B"/>
    <w:rsid w:val="00246132"/>
    <w:rsid w:val="00260B9A"/>
    <w:rsid w:val="0029639D"/>
    <w:rsid w:val="002A431C"/>
    <w:rsid w:val="00326F90"/>
    <w:rsid w:val="003400A2"/>
    <w:rsid w:val="00363C49"/>
    <w:rsid w:val="00400A0C"/>
    <w:rsid w:val="00430200"/>
    <w:rsid w:val="0045087A"/>
    <w:rsid w:val="00453D0A"/>
    <w:rsid w:val="005045B9"/>
    <w:rsid w:val="00531100"/>
    <w:rsid w:val="00552AED"/>
    <w:rsid w:val="006800A5"/>
    <w:rsid w:val="006E4672"/>
    <w:rsid w:val="006F1E69"/>
    <w:rsid w:val="00714EF5"/>
    <w:rsid w:val="00716672"/>
    <w:rsid w:val="007A0B8B"/>
    <w:rsid w:val="007B5264"/>
    <w:rsid w:val="00840E10"/>
    <w:rsid w:val="008C31A0"/>
    <w:rsid w:val="009361A9"/>
    <w:rsid w:val="009D3D34"/>
    <w:rsid w:val="00AA1D8D"/>
    <w:rsid w:val="00B47730"/>
    <w:rsid w:val="00BC3262"/>
    <w:rsid w:val="00C85B84"/>
    <w:rsid w:val="00C86F14"/>
    <w:rsid w:val="00C93AC2"/>
    <w:rsid w:val="00CB0664"/>
    <w:rsid w:val="00D34E95"/>
    <w:rsid w:val="00D63335"/>
    <w:rsid w:val="00E0193C"/>
    <w:rsid w:val="00FC693F"/>
    <w:rsid w:val="00FF34CE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7CF187B"/>
  <w14:defaultImageDpi w14:val="330"/>
  <w15:docId w15:val="{511B5315-24E6-4AF1-B0B7-EE16613E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Liberation Sans" w:hAnsi="Liberation Sans"/>
      <w:color w:val="000000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Izjava o autorstvu i integritetu rukopisa</vt:lpstr>
    </vt:vector>
  </TitlesOfParts>
  <Manager/>
  <Company/>
  <LinksUpToDate>false</LinksUpToDate>
  <CharactersWithSpaces>2780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autorstvu i integritetu rukopisa</dc:title>
  <dc:subject>Obrazac za podnošenje rukopisa naučnom časopisu</dc:subject>
  <dc:creator>Uredništvo časopisa</dc:creator>
  <cp:keywords>autorstvo, integritet, CRediT, ICMJE, COPE</cp:keywords>
  <dc:description>generated by python-docx</dc:description>
  <cp:lastModifiedBy>Dejan Đ</cp:lastModifiedBy>
  <cp:revision>25</cp:revision>
  <dcterms:created xsi:type="dcterms:W3CDTF">2013-12-23T23:15:00Z</dcterms:created>
  <dcterms:modified xsi:type="dcterms:W3CDTF">2026-10-08T05:10:00Z</dcterms:modified>
  <cp:category/>
</cp:coreProperties>
</file>