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sz w:val="18"/>
        </w:rPr>
        <w:t>УНИВЕРЗИТЕТ У НОВОМ САДУ</w:t>
      </w:r>
    </w:p>
    <w:p>
      <w:pPr>
        <w:spacing w:after="440"/>
      </w:pPr>
      <w:r>
        <w:rPr>
          <w:b/>
          <w:sz w:val="20"/>
        </w:rPr>
        <w:t>ПЕДАГОШКИ ФАКУЛТЕТ У СОМБОРУ</w:t>
      </w:r>
    </w:p>
    <w:p>
      <w:pPr>
        <w:pStyle w:val="Title"/>
        <w:spacing w:after="140"/>
      </w:pPr>
      <w:r>
        <w:rPr>
          <w:b/>
          <w:sz w:val="42"/>
        </w:rPr>
        <w:t>Пријава за најбољи мастер рад</w:t>
      </w:r>
    </w:p>
    <w:p>
      <w:pPr>
        <w:spacing w:after="400"/>
      </w:pPr>
      <w:r>
        <w:rPr>
          <w:sz w:val="22"/>
        </w:rPr>
        <w:t>Конкурс за доделу награда у школској 2025/2026. години</w:t>
      </w:r>
    </w:p>
    <w:p>
      <w:pPr>
        <w:keepNext/>
        <w:spacing w:before="100" w:after="40"/>
      </w:pPr>
      <w:r>
        <w:rPr>
          <w:b/>
        </w:rPr>
        <w:t>Име и презиме студента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Школска година уписа на мастер студије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Просечна оцена у току студија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Датум одбране мастер рада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Тема мастер рада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keepNext/>
        <w:spacing w:before="100" w:after="40"/>
      </w:pPr>
      <w:r>
        <w:rPr>
          <w:b/>
        </w:rPr>
        <w:t>Ментор за израду мастер рада</w:t>
      </w:r>
    </w:p>
    <w:p>
      <w:pPr>
        <w:spacing w:after="200" w:line="720" w:lineRule="exact" w:before="0"/>
        <w:pBdr>
          <w:bottom w:val="single" w:sz="4" w:color="999999" w:space="1"/>
        </w:pBdr>
      </w:pPr>
      <w:r>
        <w:rPr>
          <w:sz w:val="22"/>
        </w:rPr>
        <w:t xml:space="preserve"> </w:t>
      </w:r>
    </w:p>
    <w:p>
      <w:pPr>
        <w:spacing w:before="400" w:after="40"/>
      </w:pPr>
      <w:r>
        <w:rPr>
          <w:sz w:val="20"/>
        </w:rPr>
        <w:t>У Сомбору, ____________________</w:t>
      </w:r>
    </w:p>
    <w:p>
      <w:pPr>
        <w:spacing w:before="360" w:after="40"/>
      </w:pPr>
      <w:r>
        <w:rPr>
          <w:sz w:val="20"/>
        </w:rPr>
        <w:t>________________________________</w:t>
      </w:r>
    </w:p>
    <w:p>
      <w:r>
        <w:rPr>
          <w:sz w:val="20"/>
        </w:rPr>
        <w:t>Потпис студента</w:t>
      </w:r>
    </w:p>
    <w:sectPr w:rsidR="00FC693F" w:rsidRPr="0006063C" w:rsidSect="00034616">
      <w:pgSz w:w="11906" w:h="16838"/>
      <w:pgMar w:top="107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Пријава за најбољи мастер рад 2025/2026</dc:title>
  <dc:subject>Образац пријаве на конкурс за награђивање студената</dc:subject>
  <dc:creator>Педагошки факултет у Сомбору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